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BAA3" w14:textId="77777777" w:rsidR="00484041" w:rsidRDefault="00000000">
      <w:pPr>
        <w:spacing w:after="120"/>
        <w:jc w:val="center"/>
      </w:pPr>
      <w:r>
        <w:rPr>
          <w:b/>
          <w:sz w:val="28"/>
        </w:rPr>
        <w:t>Aanvraagformulier FIDE-toernooi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102"/>
      </w:tblGrid>
      <w:tr w:rsidR="00484041" w14:paraId="277BD7DB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7ECC4" w14:textId="77777777" w:rsidR="00484041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Toernooinaam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2BDE4" w14:textId="3472ED72" w:rsidR="00484041" w:rsidRDefault="00484041">
            <w:pPr>
              <w:spacing w:after="0" w:line="221" w:lineRule="auto"/>
            </w:pPr>
          </w:p>
        </w:tc>
      </w:tr>
      <w:tr w:rsidR="00484041" w14:paraId="50C2006C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4B90F" w14:textId="77777777" w:rsidR="00484041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Plaats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C5FC0" w14:textId="380BFF1D" w:rsidR="00484041" w:rsidRDefault="00484041">
            <w:pPr>
              <w:spacing w:after="0" w:line="221" w:lineRule="auto"/>
            </w:pPr>
          </w:p>
        </w:tc>
      </w:tr>
      <w:tr w:rsidR="00484041" w14:paraId="4B840416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70780" w14:textId="77777777" w:rsidR="00484041" w:rsidRDefault="00000000">
            <w:pPr>
              <w:spacing w:after="0" w:line="221" w:lineRule="auto"/>
            </w:pPr>
            <w:r>
              <w:rPr>
                <w:b/>
                <w:sz w:val="17"/>
              </w:rPr>
              <w:t>Land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7924A" w14:textId="77777777" w:rsidR="00484041" w:rsidRDefault="00000000">
            <w:pPr>
              <w:spacing w:after="0" w:line="221" w:lineRule="auto"/>
            </w:pPr>
            <w:r>
              <w:rPr>
                <w:sz w:val="17"/>
              </w:rPr>
              <w:t>NED</w:t>
            </w:r>
          </w:p>
        </w:tc>
      </w:tr>
      <w:tr w:rsidR="008C6278" w14:paraId="5A5FD28F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DACB7" w14:textId="056B7964" w:rsidR="008C6278" w:rsidRDefault="008C6278" w:rsidP="008C6278">
            <w:pPr>
              <w:spacing w:after="0" w:line="221" w:lineRule="auto"/>
            </w:pPr>
            <w:r>
              <w:rPr>
                <w:b/>
                <w:sz w:val="17"/>
              </w:rPr>
              <w:t>Start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7B177" w14:textId="4F5DAD59" w:rsidR="008C6278" w:rsidRDefault="008C6278" w:rsidP="008C6278">
            <w:pPr>
              <w:spacing w:after="0" w:line="221" w:lineRule="auto"/>
            </w:pPr>
          </w:p>
        </w:tc>
      </w:tr>
      <w:tr w:rsidR="008C6278" w:rsidRPr="008C6278" w14:paraId="0EABA79F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D97DC" w14:textId="684FF577" w:rsidR="008C6278" w:rsidRDefault="008C6278" w:rsidP="008C6278">
            <w:pPr>
              <w:spacing w:after="0" w:line="221" w:lineRule="auto"/>
            </w:pPr>
            <w:r>
              <w:rPr>
                <w:b/>
                <w:sz w:val="17"/>
              </w:rPr>
              <w:t>Eind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79994" w14:textId="57D01934" w:rsidR="008C6278" w:rsidRPr="008C6278" w:rsidRDefault="008C6278" w:rsidP="008C6278">
            <w:pPr>
              <w:spacing w:after="0" w:line="221" w:lineRule="auto"/>
              <w:rPr>
                <w:lang w:val="nl-NL"/>
              </w:rPr>
            </w:pPr>
          </w:p>
        </w:tc>
      </w:tr>
      <w:tr w:rsidR="008C6278" w14:paraId="28111FE7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5D1E3" w14:textId="2FE209A2" w:rsidR="008C6278" w:rsidRPr="008C6278" w:rsidRDefault="008C6278" w:rsidP="008C6278">
            <w:pPr>
              <w:spacing w:after="0" w:line="221" w:lineRule="auto"/>
              <w:rPr>
                <w:lang w:val="nl-NL"/>
              </w:rPr>
            </w:pPr>
            <w:r>
              <w:rPr>
                <w:b/>
                <w:sz w:val="17"/>
                <w:lang w:val="nl-NL"/>
              </w:rPr>
              <w:t>Toernooi systeem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1DE7C" w14:textId="507FFEAD" w:rsidR="008C6278" w:rsidRDefault="008C6278" w:rsidP="008C6278">
            <w:pPr>
              <w:spacing w:after="0" w:line="221" w:lineRule="auto"/>
            </w:pPr>
            <w:proofErr w:type="spellStart"/>
            <w:r>
              <w:t>Zwitsers</w:t>
            </w:r>
            <w:proofErr w:type="spellEnd"/>
            <w:r>
              <w:t xml:space="preserve"> / Round Robin / Anders *</w:t>
            </w:r>
          </w:p>
        </w:tc>
      </w:tr>
      <w:tr w:rsidR="008C6278" w14:paraId="36BF09D7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1A720" w14:textId="4D1DBD4B" w:rsidR="008C6278" w:rsidRPr="0015032D" w:rsidRDefault="008C6278" w:rsidP="008C6278">
            <w:pPr>
              <w:pStyle w:val="Lijstalinea"/>
              <w:numPr>
                <w:ilvl w:val="0"/>
                <w:numId w:val="10"/>
              </w:num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>Als anders, specificeer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55808" w14:textId="51992E19" w:rsidR="008C6278" w:rsidRDefault="008C6278" w:rsidP="008C6278">
            <w:pPr>
              <w:spacing w:after="0" w:line="221" w:lineRule="auto"/>
            </w:pPr>
          </w:p>
        </w:tc>
      </w:tr>
      <w:tr w:rsidR="008C6278" w14:paraId="308055AB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3DC7F" w14:textId="39F16FDB" w:rsidR="008C6278" w:rsidRPr="0015032D" w:rsidRDefault="008C6278" w:rsidP="008C6278">
            <w:pPr>
              <w:spacing w:after="0" w:line="221" w:lineRule="auto"/>
              <w:rPr>
                <w:b/>
                <w:bCs/>
                <w:sz w:val="17"/>
                <w:lang w:val="nl-NL"/>
              </w:rPr>
            </w:pPr>
            <w:r w:rsidRPr="0015032D">
              <w:rPr>
                <w:b/>
                <w:bCs/>
                <w:sz w:val="17"/>
              </w:rPr>
              <w:t xml:space="preserve">Aantal </w:t>
            </w:r>
            <w:proofErr w:type="spellStart"/>
            <w:r w:rsidRPr="0015032D">
              <w:rPr>
                <w:b/>
                <w:bCs/>
                <w:sz w:val="17"/>
              </w:rPr>
              <w:t>ronden</w:t>
            </w:r>
            <w:proofErr w:type="spellEnd"/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EC249" w14:textId="77777777" w:rsidR="008C6278" w:rsidRDefault="008C6278" w:rsidP="008C6278">
            <w:pPr>
              <w:spacing w:after="0" w:line="221" w:lineRule="auto"/>
            </w:pPr>
          </w:p>
        </w:tc>
      </w:tr>
      <w:tr w:rsidR="008C6278" w:rsidRPr="008C6278" w14:paraId="614FD91E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95C43" w14:textId="134415F9" w:rsidR="008C6278" w:rsidRPr="0015032D" w:rsidRDefault="008C6278" w:rsidP="008C6278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sz w:val="17"/>
                <w:lang w:val="nl-NL"/>
              </w:rPr>
              <w:t>Aantal dagen met meer dan 1 ronde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56A67" w14:textId="08F3BDC4" w:rsidR="008C6278" w:rsidRPr="008C6278" w:rsidRDefault="008C6278" w:rsidP="008C6278">
            <w:pPr>
              <w:spacing w:after="0" w:line="221" w:lineRule="auto"/>
              <w:rPr>
                <w:lang w:val="nl-NL"/>
              </w:rPr>
            </w:pPr>
          </w:p>
        </w:tc>
      </w:tr>
      <w:tr w:rsidR="00227003" w14:paraId="1513B967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93CB9" w14:textId="46340AE7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sz w:val="17"/>
                <w:lang w:val="nl-NL"/>
              </w:rPr>
              <w:t xml:space="preserve">Hoofdarbiter (met </w:t>
            </w:r>
            <w:proofErr w:type="spellStart"/>
            <w:r w:rsidRPr="0015032D">
              <w:rPr>
                <w:b/>
                <w:bCs/>
                <w:sz w:val="17"/>
                <w:lang w:val="nl-NL"/>
              </w:rPr>
              <w:t>FIDE-id</w:t>
            </w:r>
            <w:proofErr w:type="spellEnd"/>
            <w:r w:rsidRPr="0015032D">
              <w:rPr>
                <w:b/>
                <w:bCs/>
                <w:sz w:val="17"/>
                <w:lang w:val="nl-NL"/>
              </w:rPr>
              <w:t xml:space="preserve"> en FIDE-licentie)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B6377" w14:textId="2AE78B5D" w:rsidR="00227003" w:rsidRDefault="00227003" w:rsidP="00227003">
            <w:pPr>
              <w:spacing w:after="0" w:line="221" w:lineRule="auto"/>
            </w:pPr>
          </w:p>
        </w:tc>
      </w:tr>
      <w:tr w:rsidR="00227003" w14:paraId="250C5E44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C70D9" w14:textId="0794F60C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proofErr w:type="spellStart"/>
            <w:r w:rsidRPr="0015032D">
              <w:rPr>
                <w:b/>
                <w:bCs/>
                <w:sz w:val="17"/>
              </w:rPr>
              <w:t>Assistent-hoofdarbiter</w:t>
            </w:r>
            <w:proofErr w:type="spellEnd"/>
            <w:r w:rsidRPr="0015032D">
              <w:rPr>
                <w:b/>
                <w:bCs/>
                <w:sz w:val="17"/>
              </w:rPr>
              <w:t xml:space="preserve"> (max. 2)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1F2CC" w14:textId="0FDA2FE7" w:rsidR="00227003" w:rsidRDefault="00227003" w:rsidP="00227003">
            <w:pPr>
              <w:spacing w:after="0" w:line="221" w:lineRule="auto"/>
            </w:pPr>
          </w:p>
        </w:tc>
      </w:tr>
      <w:tr w:rsidR="00227003" w14:paraId="5BF087DA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92E98" w14:textId="1039D142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proofErr w:type="spellStart"/>
            <w:r w:rsidRPr="0015032D">
              <w:rPr>
                <w:b/>
                <w:bCs/>
                <w:sz w:val="17"/>
              </w:rPr>
              <w:t>Overige</w:t>
            </w:r>
            <w:proofErr w:type="spellEnd"/>
            <w:r w:rsidRPr="0015032D">
              <w:rPr>
                <w:b/>
                <w:bCs/>
                <w:sz w:val="17"/>
              </w:rPr>
              <w:t xml:space="preserve"> arbiters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D5988" w14:textId="406C5E7A" w:rsidR="00227003" w:rsidRDefault="00227003" w:rsidP="00227003">
            <w:pPr>
              <w:spacing w:after="0" w:line="221" w:lineRule="auto"/>
            </w:pPr>
          </w:p>
        </w:tc>
      </w:tr>
      <w:tr w:rsidR="00227003" w:rsidRPr="00227003" w14:paraId="791B2E1E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8A10B" w14:textId="17D76324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 xml:space="preserve">Hoofd organisator (max 1, met </w:t>
            </w:r>
            <w:proofErr w:type="spellStart"/>
            <w:r w:rsidRPr="0015032D">
              <w:rPr>
                <w:b/>
                <w:bCs/>
                <w:lang w:val="nl-NL"/>
              </w:rPr>
              <w:t>FIDE-id</w:t>
            </w:r>
            <w:proofErr w:type="spellEnd"/>
            <w:r w:rsidRPr="0015032D">
              <w:rPr>
                <w:b/>
                <w:bCs/>
                <w:lang w:val="nl-NL"/>
              </w:rPr>
              <w:t>)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6FD96" w14:textId="5A02CF32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</w:p>
        </w:tc>
      </w:tr>
      <w:tr w:rsidR="00227003" w:rsidRPr="00227003" w14:paraId="672E1CF8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531CE" w14:textId="293AB535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 xml:space="preserve">Organisator (met </w:t>
            </w:r>
            <w:proofErr w:type="spellStart"/>
            <w:r w:rsidRPr="0015032D">
              <w:rPr>
                <w:b/>
                <w:bCs/>
                <w:lang w:val="nl-NL"/>
              </w:rPr>
              <w:t>FIDE-id</w:t>
            </w:r>
            <w:proofErr w:type="spellEnd"/>
            <w:r w:rsidRPr="0015032D">
              <w:rPr>
                <w:b/>
                <w:bCs/>
                <w:lang w:val="nl-NL"/>
              </w:rPr>
              <w:t>)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47DE3" w14:textId="2820A4AC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</w:p>
        </w:tc>
      </w:tr>
      <w:tr w:rsidR="00227003" w:rsidRPr="00227003" w14:paraId="2B1905EF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A3614" w14:textId="06CFD369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>Soort speeltempo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981E5" w14:textId="4323F28D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  <w:r>
              <w:rPr>
                <w:lang w:val="nl-NL"/>
              </w:rPr>
              <w:t xml:space="preserve">Klassiek / </w:t>
            </w:r>
            <w:proofErr w:type="spellStart"/>
            <w:r>
              <w:rPr>
                <w:lang w:val="nl-NL"/>
              </w:rPr>
              <w:t>Fast</w:t>
            </w:r>
            <w:proofErr w:type="spellEnd"/>
            <w:r>
              <w:rPr>
                <w:lang w:val="nl-NL"/>
              </w:rPr>
              <w:t xml:space="preserve"> klassiek / Rapid / Snelschaken</w:t>
            </w:r>
          </w:p>
        </w:tc>
      </w:tr>
      <w:tr w:rsidR="0015032D" w:rsidRPr="00227003" w14:paraId="34BB9D8C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7AC31" w14:textId="58FA7946" w:rsidR="0015032D" w:rsidRPr="0015032D" w:rsidRDefault="0015032D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>Speeltempo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59B83" w14:textId="77777777" w:rsidR="0015032D" w:rsidRDefault="0015032D" w:rsidP="00227003">
            <w:pPr>
              <w:spacing w:after="0" w:line="221" w:lineRule="auto"/>
              <w:rPr>
                <w:lang w:val="nl-NL"/>
              </w:rPr>
            </w:pPr>
          </w:p>
        </w:tc>
      </w:tr>
      <w:tr w:rsidR="00227003" w:rsidRPr="00227003" w14:paraId="50FA9CFB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A66C4" w14:textId="1C0B5A35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>Eerste tiebreak voor de eerste plaats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55CEC" w14:textId="28B23B7C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  <w:r>
              <w:rPr>
                <w:lang w:val="nl-NL"/>
              </w:rPr>
              <w:t>Onderling resultaat / Aantal winstpartijen / Weerstand / anders</w:t>
            </w:r>
          </w:p>
        </w:tc>
      </w:tr>
      <w:tr w:rsidR="00227003" w:rsidRPr="00227003" w14:paraId="4ECAB3A1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51B75" w14:textId="5BF4D937" w:rsidR="00227003" w:rsidRPr="0015032D" w:rsidRDefault="00227003" w:rsidP="00227003">
            <w:pPr>
              <w:pStyle w:val="Lijstalinea"/>
              <w:numPr>
                <w:ilvl w:val="0"/>
                <w:numId w:val="10"/>
              </w:num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>Als anders, specificeer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B1BE9" w14:textId="5EA837AC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</w:p>
        </w:tc>
      </w:tr>
      <w:tr w:rsidR="00227003" w:rsidRPr="00227003" w14:paraId="09716403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9F63D" w14:textId="5CD9D363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>Software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85855" w14:textId="1795F3DE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  <w:r>
              <w:rPr>
                <w:lang w:val="nl-NL"/>
              </w:rPr>
              <w:t>Swissmaster / Swiss-Manager / anders</w:t>
            </w:r>
          </w:p>
        </w:tc>
      </w:tr>
      <w:tr w:rsidR="00227003" w:rsidRPr="00227003" w14:paraId="2A144DE7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6843B" w14:textId="7EF9E75E" w:rsidR="00227003" w:rsidRPr="0015032D" w:rsidRDefault="00227003" w:rsidP="00227003">
            <w:pPr>
              <w:pStyle w:val="Lijstalinea"/>
              <w:numPr>
                <w:ilvl w:val="0"/>
                <w:numId w:val="10"/>
              </w:num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>Als anders, specificeer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BC4A9" w14:textId="3C27E8F1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</w:p>
        </w:tc>
      </w:tr>
      <w:tr w:rsidR="00227003" w:rsidRPr="00227003" w14:paraId="36152D76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D6DD5" w14:textId="2828D1CF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proofErr w:type="spellStart"/>
            <w:r w:rsidRPr="0015032D">
              <w:rPr>
                <w:b/>
                <w:bCs/>
                <w:sz w:val="17"/>
              </w:rPr>
              <w:t>Titelnormen</w:t>
            </w:r>
            <w:proofErr w:type="spellEnd"/>
            <w:r w:rsidRPr="0015032D">
              <w:rPr>
                <w:b/>
                <w:bCs/>
                <w:sz w:val="17"/>
              </w:rPr>
              <w:t xml:space="preserve"> </w:t>
            </w:r>
            <w:proofErr w:type="spellStart"/>
            <w:r w:rsidRPr="0015032D">
              <w:rPr>
                <w:b/>
                <w:bCs/>
                <w:sz w:val="17"/>
              </w:rPr>
              <w:t>mogelijk</w:t>
            </w:r>
            <w:proofErr w:type="spellEnd"/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B7932" w14:textId="79BD9D5C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</w:p>
        </w:tc>
      </w:tr>
      <w:tr w:rsidR="00227003" w:rsidRPr="00227003" w14:paraId="21CB6B78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DC77B" w14:textId="1629908A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sz w:val="17"/>
                <w:lang w:val="nl-NL"/>
              </w:rPr>
              <w:t>Zo ja, GM/WGM normen mogelijk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AA728" w14:textId="7A4ABE3E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</w:p>
        </w:tc>
      </w:tr>
      <w:tr w:rsidR="00227003" w:rsidRPr="00227003" w14:paraId="1CFE13C7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6AE71" w14:textId="5639BD4D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>Alleen voor vrouwen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EE258" w14:textId="1F076515" w:rsidR="00227003" w:rsidRPr="00227003" w:rsidRDefault="00227003" w:rsidP="00227003">
            <w:pPr>
              <w:spacing w:after="0" w:line="221" w:lineRule="auto"/>
              <w:rPr>
                <w:lang w:val="nl-NL"/>
              </w:rPr>
            </w:pPr>
            <w:r>
              <w:rPr>
                <w:lang w:val="nl-NL"/>
              </w:rPr>
              <w:t>Ja / Nee</w:t>
            </w:r>
          </w:p>
        </w:tc>
      </w:tr>
      <w:tr w:rsidR="00227003" w14:paraId="68EF9B40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9698C" w14:textId="5B0E63B7" w:rsidR="00227003" w:rsidRPr="0015032D" w:rsidRDefault="00227003" w:rsidP="00227003">
            <w:pPr>
              <w:spacing w:after="0" w:line="221" w:lineRule="auto"/>
              <w:rPr>
                <w:b/>
                <w:bCs/>
              </w:rPr>
            </w:pPr>
            <w:r w:rsidRPr="0015032D">
              <w:rPr>
                <w:b/>
                <w:bCs/>
              </w:rPr>
              <w:t>Maximum rating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2F8CC" w14:textId="32972E21" w:rsidR="00227003" w:rsidRDefault="00227003" w:rsidP="00227003">
            <w:pPr>
              <w:spacing w:after="0" w:line="221" w:lineRule="auto"/>
            </w:pPr>
          </w:p>
        </w:tc>
      </w:tr>
      <w:tr w:rsidR="00227003" w:rsidRPr="008C6278" w14:paraId="28EF1669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3CABA" w14:textId="2AB494C1" w:rsidR="00227003" w:rsidRPr="0015032D" w:rsidRDefault="00227003" w:rsidP="00227003">
            <w:pPr>
              <w:spacing w:after="0" w:line="221" w:lineRule="auto"/>
              <w:rPr>
                <w:b/>
                <w:bCs/>
                <w:lang w:val="nl-NL"/>
              </w:rPr>
            </w:pPr>
            <w:r w:rsidRPr="0015032D">
              <w:rPr>
                <w:b/>
                <w:bCs/>
                <w:lang w:val="nl-NL"/>
              </w:rPr>
              <w:t xml:space="preserve">Leeftijdsgrens; 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531AA" w14:textId="5C97274F" w:rsidR="00227003" w:rsidRPr="008C6278" w:rsidRDefault="00227003" w:rsidP="00227003">
            <w:pPr>
              <w:spacing w:after="0" w:line="221" w:lineRule="auto"/>
              <w:rPr>
                <w:lang w:val="nl-NL"/>
              </w:rPr>
            </w:pPr>
            <w:r>
              <w:rPr>
                <w:lang w:val="nl-NL"/>
              </w:rPr>
              <w:t xml:space="preserve">Ouder </w:t>
            </w:r>
            <w:r>
              <w:rPr>
                <w:lang w:val="nl-NL"/>
              </w:rPr>
              <w:t>/</w:t>
            </w:r>
            <w:r>
              <w:rPr>
                <w:lang w:val="nl-NL"/>
              </w:rPr>
              <w:t xml:space="preserve"> jonger dan</w:t>
            </w:r>
            <w:r w:rsidR="0015032D">
              <w:rPr>
                <w:lang w:val="nl-NL"/>
              </w:rPr>
              <w:t xml:space="preserve">: </w:t>
            </w:r>
          </w:p>
        </w:tc>
      </w:tr>
      <w:tr w:rsidR="0015032D" w:rsidRPr="008C6278" w14:paraId="7DBDE923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69C04" w14:textId="137E43D3" w:rsidR="0015032D" w:rsidRPr="0015032D" w:rsidRDefault="0015032D" w:rsidP="0015032D">
            <w:pPr>
              <w:spacing w:after="0" w:line="221" w:lineRule="auto"/>
              <w:rPr>
                <w:b/>
                <w:bCs/>
                <w:sz w:val="17"/>
                <w:lang w:val="nl-NL"/>
              </w:rPr>
            </w:pPr>
            <w:r w:rsidRPr="0015032D">
              <w:rPr>
                <w:b/>
                <w:bCs/>
                <w:sz w:val="17"/>
              </w:rPr>
              <w:t xml:space="preserve">Alleen </w:t>
            </w:r>
            <w:proofErr w:type="spellStart"/>
            <w:r w:rsidRPr="0015032D">
              <w:rPr>
                <w:b/>
                <w:bCs/>
                <w:sz w:val="17"/>
              </w:rPr>
              <w:t>digitale</w:t>
            </w:r>
            <w:proofErr w:type="spellEnd"/>
            <w:r w:rsidRPr="0015032D">
              <w:rPr>
                <w:b/>
                <w:bCs/>
                <w:sz w:val="17"/>
              </w:rPr>
              <w:t xml:space="preserve"> </w:t>
            </w:r>
            <w:proofErr w:type="spellStart"/>
            <w:r w:rsidRPr="0015032D">
              <w:rPr>
                <w:b/>
                <w:bCs/>
                <w:sz w:val="17"/>
              </w:rPr>
              <w:t>klokken</w:t>
            </w:r>
            <w:proofErr w:type="spellEnd"/>
            <w:r w:rsidRPr="0015032D">
              <w:rPr>
                <w:b/>
                <w:bCs/>
                <w:sz w:val="17"/>
              </w:rPr>
              <w:t>?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BFF4D" w14:textId="6DFCADFF" w:rsidR="0015032D" w:rsidRPr="008C6278" w:rsidRDefault="0015032D" w:rsidP="0015032D">
            <w:pPr>
              <w:spacing w:after="0" w:line="221" w:lineRule="auto"/>
              <w:rPr>
                <w:sz w:val="17"/>
                <w:lang w:val="nl-NL"/>
              </w:rPr>
            </w:pPr>
            <w:r>
              <w:rPr>
                <w:sz w:val="17"/>
              </w:rPr>
              <w:t>Ja</w:t>
            </w:r>
          </w:p>
        </w:tc>
      </w:tr>
      <w:tr w:rsidR="0015032D" w:rsidRPr="008C6278" w14:paraId="039F8D30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5DE72" w14:textId="0A2EBFFA" w:rsidR="0015032D" w:rsidRPr="0015032D" w:rsidRDefault="0015032D" w:rsidP="0015032D">
            <w:pPr>
              <w:spacing w:after="0" w:line="221" w:lineRule="auto"/>
              <w:rPr>
                <w:b/>
                <w:bCs/>
                <w:sz w:val="17"/>
                <w:lang w:val="nl-NL"/>
              </w:rPr>
            </w:pPr>
            <w:r w:rsidRPr="0015032D">
              <w:rPr>
                <w:b/>
                <w:bCs/>
                <w:sz w:val="17"/>
                <w:lang w:val="nl-NL"/>
              </w:rPr>
              <w:t>Live partijen op internet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3A9A2" w14:textId="1B0B7EAC" w:rsidR="0015032D" w:rsidRPr="008C6278" w:rsidRDefault="0015032D" w:rsidP="0015032D">
            <w:pPr>
              <w:spacing w:after="0" w:line="221" w:lineRule="auto"/>
              <w:rPr>
                <w:sz w:val="17"/>
                <w:lang w:val="nl-NL"/>
              </w:rPr>
            </w:pPr>
            <w:r>
              <w:rPr>
                <w:sz w:val="17"/>
              </w:rPr>
              <w:t>Ja / Nee</w:t>
            </w:r>
          </w:p>
        </w:tc>
      </w:tr>
      <w:tr w:rsidR="0015032D" w:rsidRPr="008C6278" w14:paraId="3DB5DE3A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81C1E" w14:textId="44DDC095" w:rsidR="0015032D" w:rsidRPr="0015032D" w:rsidRDefault="0015032D" w:rsidP="0015032D">
            <w:pPr>
              <w:spacing w:after="0" w:line="221" w:lineRule="auto"/>
              <w:rPr>
                <w:b/>
                <w:bCs/>
                <w:sz w:val="17"/>
                <w:lang w:val="nl-NL"/>
              </w:rPr>
            </w:pPr>
            <w:r w:rsidRPr="0015032D">
              <w:rPr>
                <w:b/>
                <w:bCs/>
                <w:sz w:val="17"/>
                <w:lang w:val="nl-NL"/>
              </w:rPr>
              <w:t>Wordt de PGN mee gerapporteerd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B6EC9" w14:textId="5BA4A91E" w:rsidR="0015032D" w:rsidRPr="008C6278" w:rsidRDefault="0015032D" w:rsidP="0015032D">
            <w:pPr>
              <w:spacing w:after="0" w:line="221" w:lineRule="auto"/>
              <w:rPr>
                <w:sz w:val="17"/>
                <w:lang w:val="nl-NL"/>
              </w:rPr>
            </w:pPr>
            <w:r>
              <w:rPr>
                <w:sz w:val="17"/>
              </w:rPr>
              <w:t xml:space="preserve">Ja / </w:t>
            </w:r>
            <w:r>
              <w:rPr>
                <w:sz w:val="17"/>
              </w:rPr>
              <w:t>Nee</w:t>
            </w:r>
          </w:p>
        </w:tc>
      </w:tr>
      <w:tr w:rsidR="0015032D" w:rsidRPr="008C6278" w14:paraId="007D38E3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B1C4F" w14:textId="623785CF" w:rsidR="0015032D" w:rsidRPr="0015032D" w:rsidRDefault="0015032D" w:rsidP="0015032D">
            <w:pPr>
              <w:spacing w:after="0" w:line="221" w:lineRule="auto"/>
              <w:rPr>
                <w:b/>
                <w:bCs/>
                <w:sz w:val="17"/>
                <w:lang w:val="nl-NL"/>
              </w:rPr>
            </w:pPr>
            <w:r w:rsidRPr="0015032D">
              <w:rPr>
                <w:b/>
                <w:bCs/>
                <w:sz w:val="17"/>
              </w:rPr>
              <w:t>E-mail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9AFE1" w14:textId="7E4906B7" w:rsidR="0015032D" w:rsidRPr="008C6278" w:rsidRDefault="0015032D" w:rsidP="0015032D">
            <w:pPr>
              <w:spacing w:after="0" w:line="221" w:lineRule="auto"/>
              <w:rPr>
                <w:sz w:val="17"/>
                <w:lang w:val="nl-NL"/>
              </w:rPr>
            </w:pPr>
          </w:p>
        </w:tc>
      </w:tr>
      <w:tr w:rsidR="0015032D" w:rsidRPr="008C6278" w14:paraId="0D8458B0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C108A" w14:textId="57DD07E2" w:rsidR="0015032D" w:rsidRPr="0015032D" w:rsidRDefault="0015032D" w:rsidP="0015032D">
            <w:pPr>
              <w:spacing w:after="0" w:line="221" w:lineRule="auto"/>
              <w:rPr>
                <w:b/>
                <w:bCs/>
                <w:sz w:val="17"/>
              </w:rPr>
            </w:pPr>
            <w:r w:rsidRPr="0015032D">
              <w:rPr>
                <w:b/>
                <w:bCs/>
                <w:sz w:val="17"/>
              </w:rPr>
              <w:t>Website</w:t>
            </w:r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36131" w14:textId="529391D7" w:rsidR="0015032D" w:rsidRPr="008C6278" w:rsidRDefault="0015032D" w:rsidP="0015032D">
            <w:pPr>
              <w:spacing w:after="0" w:line="221" w:lineRule="auto"/>
              <w:rPr>
                <w:sz w:val="17"/>
                <w:lang w:val="nl-NL"/>
              </w:rPr>
            </w:pPr>
          </w:p>
        </w:tc>
      </w:tr>
      <w:tr w:rsidR="0015032D" w:rsidRPr="008C6278" w14:paraId="2B07B965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B2125" w14:textId="4FB815D3" w:rsidR="0015032D" w:rsidRPr="0015032D" w:rsidRDefault="0015032D" w:rsidP="0015032D">
            <w:pPr>
              <w:spacing w:after="0" w:line="221" w:lineRule="auto"/>
              <w:rPr>
                <w:b/>
                <w:bCs/>
                <w:sz w:val="17"/>
              </w:rPr>
            </w:pPr>
            <w:proofErr w:type="spellStart"/>
            <w:r w:rsidRPr="0015032D">
              <w:rPr>
                <w:b/>
                <w:bCs/>
                <w:sz w:val="17"/>
              </w:rPr>
              <w:t>Prijzenfonds</w:t>
            </w:r>
            <w:proofErr w:type="spellEnd"/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34DAD" w14:textId="024ECC96" w:rsidR="0015032D" w:rsidRPr="008C6278" w:rsidRDefault="0015032D" w:rsidP="0015032D">
            <w:pPr>
              <w:spacing w:after="0" w:line="221" w:lineRule="auto"/>
              <w:rPr>
                <w:sz w:val="17"/>
                <w:lang w:val="nl-NL"/>
              </w:rPr>
            </w:pPr>
          </w:p>
        </w:tc>
      </w:tr>
      <w:tr w:rsidR="0015032D" w:rsidRPr="008C6278" w14:paraId="641B2901" w14:textId="77777777">
        <w:trPr>
          <w:jc w:val="center"/>
        </w:trPr>
        <w:tc>
          <w:tcPr>
            <w:tcW w:w="4706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01F79" w14:textId="3D68D0B9" w:rsidR="0015032D" w:rsidRPr="0015032D" w:rsidRDefault="0015032D" w:rsidP="0015032D">
            <w:pPr>
              <w:spacing w:after="0" w:line="221" w:lineRule="auto"/>
              <w:rPr>
                <w:b/>
                <w:bCs/>
                <w:sz w:val="17"/>
                <w:lang w:val="nl-NL"/>
              </w:rPr>
            </w:pPr>
            <w:proofErr w:type="spellStart"/>
            <w:r w:rsidRPr="0015032D">
              <w:rPr>
                <w:b/>
                <w:bCs/>
                <w:sz w:val="17"/>
              </w:rPr>
              <w:t>Opmerking</w:t>
            </w:r>
            <w:proofErr w:type="spellEnd"/>
          </w:p>
        </w:tc>
        <w:tc>
          <w:tcPr>
            <w:tcW w:w="510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43F40" w14:textId="240B440D" w:rsidR="0015032D" w:rsidRPr="008C6278" w:rsidRDefault="0015032D" w:rsidP="0015032D">
            <w:pPr>
              <w:spacing w:after="0" w:line="221" w:lineRule="auto"/>
              <w:rPr>
                <w:sz w:val="17"/>
                <w:lang w:val="nl-NL"/>
              </w:rPr>
            </w:pPr>
          </w:p>
        </w:tc>
      </w:tr>
    </w:tbl>
    <w:p w14:paraId="773B70D7" w14:textId="77777777" w:rsidR="00CE36DD" w:rsidRPr="008C6278" w:rsidRDefault="00CE36DD" w:rsidP="00227003">
      <w:pPr>
        <w:rPr>
          <w:lang w:val="nl-NL"/>
        </w:rPr>
      </w:pPr>
    </w:p>
    <w:sectPr w:rsidR="00CE36DD" w:rsidRPr="008C6278" w:rsidSect="00034616">
      <w:pgSz w:w="12240" w:h="15840"/>
      <w:pgMar w:top="709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C6D7330"/>
    <w:multiLevelType w:val="hybridMultilevel"/>
    <w:tmpl w:val="E72400DE"/>
    <w:lvl w:ilvl="0" w:tplc="FB56C764">
      <w:start w:val="9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576639">
    <w:abstractNumId w:val="8"/>
  </w:num>
  <w:num w:numId="2" w16cid:durableId="1786577860">
    <w:abstractNumId w:val="6"/>
  </w:num>
  <w:num w:numId="3" w16cid:durableId="202064455">
    <w:abstractNumId w:val="5"/>
  </w:num>
  <w:num w:numId="4" w16cid:durableId="1700356583">
    <w:abstractNumId w:val="4"/>
  </w:num>
  <w:num w:numId="5" w16cid:durableId="1827627012">
    <w:abstractNumId w:val="7"/>
  </w:num>
  <w:num w:numId="6" w16cid:durableId="1542786568">
    <w:abstractNumId w:val="3"/>
  </w:num>
  <w:num w:numId="7" w16cid:durableId="382290414">
    <w:abstractNumId w:val="2"/>
  </w:num>
  <w:num w:numId="8" w16cid:durableId="458233061">
    <w:abstractNumId w:val="1"/>
  </w:num>
  <w:num w:numId="9" w16cid:durableId="386145521">
    <w:abstractNumId w:val="0"/>
  </w:num>
  <w:num w:numId="10" w16cid:durableId="1416630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32D"/>
    <w:rsid w:val="0015074B"/>
    <w:rsid w:val="00227003"/>
    <w:rsid w:val="0029639D"/>
    <w:rsid w:val="00301F2C"/>
    <w:rsid w:val="00326F90"/>
    <w:rsid w:val="00484041"/>
    <w:rsid w:val="008C6278"/>
    <w:rsid w:val="00AA1D8D"/>
    <w:rsid w:val="00B47730"/>
    <w:rsid w:val="00CB0664"/>
    <w:rsid w:val="00CE36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CEAA7"/>
  <w14:defaultImageDpi w14:val="300"/>
  <w15:docId w15:val="{E2652188-938E-4B44-A9F3-A65152D5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Koos  Stolk</cp:lastModifiedBy>
  <cp:revision>2</cp:revision>
  <dcterms:created xsi:type="dcterms:W3CDTF">2013-12-23T23:15:00Z</dcterms:created>
  <dcterms:modified xsi:type="dcterms:W3CDTF">2026-10-15T09:30:00Z</dcterms:modified>
  <cp:category/>
</cp:coreProperties>
</file>